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44" w:rsidRPr="00B646D2" w:rsidRDefault="00B646D2" w:rsidP="00B646D2">
      <w:pPr>
        <w:pStyle w:val="Heading1"/>
        <w:jc w:val="center"/>
        <w:rPr>
          <w:rFonts w:ascii="Bahnschrift" w:hAnsi="Bahnschrift"/>
        </w:rPr>
      </w:pPr>
      <w:r>
        <w:rPr>
          <w:rFonts w:ascii="Bahnschrift" w:hAnsi="Bahnschrift"/>
        </w:rPr>
        <w:t>BAR</w:t>
      </w:r>
      <w:r w:rsidR="003E2C6C" w:rsidRPr="00B646D2">
        <w:rPr>
          <w:rFonts w:ascii="Bahnschrift" w:hAnsi="Bahnschrift"/>
        </w:rPr>
        <w:t xml:space="preserve">NIA </w:t>
      </w:r>
      <w:proofErr w:type="spellStart"/>
      <w:r w:rsidR="003E2C6C" w:rsidRPr="00B646D2">
        <w:rPr>
          <w:rFonts w:ascii="Bahnschrift" w:hAnsi="Bahnschrift"/>
        </w:rPr>
        <w:t>SAMABAY</w:t>
      </w:r>
      <w:proofErr w:type="spellEnd"/>
      <w:r w:rsidR="003E2C6C" w:rsidRPr="00B646D2">
        <w:rPr>
          <w:rFonts w:ascii="Bahnschrift" w:hAnsi="Bahnschrift"/>
        </w:rPr>
        <w:t xml:space="preserve"> </w:t>
      </w:r>
      <w:proofErr w:type="spellStart"/>
      <w:r w:rsidR="003E2C6C" w:rsidRPr="00B646D2">
        <w:rPr>
          <w:rFonts w:ascii="Bahnschrift" w:hAnsi="Bahnschrift"/>
        </w:rPr>
        <w:t>KRISHI</w:t>
      </w:r>
      <w:proofErr w:type="spellEnd"/>
      <w:r w:rsidR="003E2C6C" w:rsidRPr="00B646D2">
        <w:rPr>
          <w:rFonts w:ascii="Bahnschrift" w:hAnsi="Bahnschrift"/>
        </w:rPr>
        <w:t xml:space="preserve"> </w:t>
      </w:r>
      <w:proofErr w:type="spellStart"/>
      <w:r w:rsidR="003E2C6C" w:rsidRPr="00B646D2">
        <w:rPr>
          <w:rFonts w:ascii="Bahnschrift" w:hAnsi="Bahnschrift"/>
        </w:rPr>
        <w:t>UNNAYAN</w:t>
      </w:r>
      <w:proofErr w:type="spellEnd"/>
      <w:r w:rsidR="003E2C6C" w:rsidRPr="00B646D2">
        <w:rPr>
          <w:rFonts w:ascii="Bahnschrift" w:hAnsi="Bahnschrift"/>
        </w:rPr>
        <w:t xml:space="preserve"> SAMITY LTD.</w:t>
      </w:r>
    </w:p>
    <w:p w:rsidR="00B646D2" w:rsidRPr="00B646D2" w:rsidRDefault="003E2C6C" w:rsidP="00B646D2">
      <w:pPr>
        <w:jc w:val="center"/>
        <w:rPr>
          <w:rFonts w:ascii="Bahnschrift" w:hAnsi="Bahnschrift"/>
        </w:rPr>
      </w:pPr>
      <w:r w:rsidRPr="00B646D2">
        <w:rPr>
          <w:rFonts w:ascii="Bahnschrift" w:hAnsi="Bahnschrift"/>
        </w:rPr>
        <w:t>Regd. No. – 91 | Date of Registration – 17/08/1928</w:t>
      </w:r>
      <w:r w:rsidR="00B646D2">
        <w:rPr>
          <w:rFonts w:ascii="Bahnschrift" w:hAnsi="Bahnschrift"/>
        </w:rPr>
        <w:br/>
      </w:r>
      <w:proofErr w:type="spellStart"/>
      <w:r w:rsidRPr="00B646D2">
        <w:rPr>
          <w:rFonts w:ascii="Bahnschrift" w:hAnsi="Bahnschrift"/>
        </w:rPr>
        <w:t>Vill</w:t>
      </w:r>
      <w:proofErr w:type="spellEnd"/>
      <w:r w:rsidRPr="00B646D2">
        <w:rPr>
          <w:rFonts w:ascii="Bahnschrift" w:hAnsi="Bahnschrift"/>
        </w:rPr>
        <w:t xml:space="preserve"> – </w:t>
      </w:r>
      <w:proofErr w:type="spellStart"/>
      <w:r w:rsidRPr="00B646D2">
        <w:rPr>
          <w:rFonts w:ascii="Bahnschrift" w:hAnsi="Bahnschrift"/>
        </w:rPr>
        <w:t>Surendranathpur</w:t>
      </w:r>
      <w:proofErr w:type="spellEnd"/>
      <w:r w:rsidRPr="00B646D2">
        <w:rPr>
          <w:rFonts w:ascii="Bahnschrift" w:hAnsi="Bahnschrift"/>
        </w:rPr>
        <w:t xml:space="preserve">, </w:t>
      </w:r>
      <w:proofErr w:type="spellStart"/>
      <w:r w:rsidRPr="00B646D2">
        <w:rPr>
          <w:rFonts w:ascii="Bahnschrift" w:hAnsi="Bahnschrift"/>
        </w:rPr>
        <w:t>P.O</w:t>
      </w:r>
      <w:proofErr w:type="spellEnd"/>
      <w:r w:rsidRPr="00B646D2">
        <w:rPr>
          <w:rFonts w:ascii="Bahnschrift" w:hAnsi="Bahnschrift"/>
        </w:rPr>
        <w:t xml:space="preserve"> – </w:t>
      </w:r>
      <w:proofErr w:type="spellStart"/>
      <w:r w:rsidRPr="00B646D2">
        <w:rPr>
          <w:rFonts w:ascii="Bahnschrift" w:hAnsi="Bahnschrift"/>
        </w:rPr>
        <w:t>Barania</w:t>
      </w:r>
      <w:proofErr w:type="spellEnd"/>
      <w:r w:rsidRPr="00B646D2">
        <w:rPr>
          <w:rFonts w:ascii="Bahnschrift" w:hAnsi="Bahnschrift"/>
        </w:rPr>
        <w:t xml:space="preserve">, </w:t>
      </w:r>
      <w:proofErr w:type="spellStart"/>
      <w:r w:rsidRPr="00B646D2">
        <w:rPr>
          <w:rFonts w:ascii="Bahnschrift" w:hAnsi="Bahnschrift"/>
        </w:rPr>
        <w:t>P.S</w:t>
      </w:r>
      <w:proofErr w:type="spellEnd"/>
      <w:r w:rsidRPr="00B646D2">
        <w:rPr>
          <w:rFonts w:ascii="Bahnschrift" w:hAnsi="Bahnschrift"/>
        </w:rPr>
        <w:t xml:space="preserve"> – </w:t>
      </w:r>
      <w:proofErr w:type="spellStart"/>
      <w:r w:rsidRPr="00B646D2">
        <w:rPr>
          <w:rFonts w:ascii="Bahnschrift" w:hAnsi="Bahnschrift"/>
        </w:rPr>
        <w:t>Palashipara</w:t>
      </w:r>
      <w:proofErr w:type="spellEnd"/>
      <w:r w:rsidR="00B646D2">
        <w:rPr>
          <w:rFonts w:ascii="Bahnschrift" w:hAnsi="Bahnschrift"/>
        </w:rPr>
        <w:t xml:space="preserve"> </w:t>
      </w:r>
      <w:r w:rsidRPr="00B646D2">
        <w:rPr>
          <w:rFonts w:ascii="Bahnschrift" w:hAnsi="Bahnschrift"/>
        </w:rPr>
        <w:t>Dist – Nadia, Pin – 741156</w:t>
      </w:r>
      <w:r w:rsidR="00B646D2">
        <w:rPr>
          <w:rFonts w:ascii="Bahnschrift" w:hAnsi="Bahnschrift"/>
        </w:rPr>
        <w:br/>
        <w:t>__________________________________________________________________________________________</w:t>
      </w:r>
    </w:p>
    <w:p w:rsidR="003B6A44" w:rsidRPr="00B646D2" w:rsidRDefault="003E2C6C" w:rsidP="00B646D2">
      <w:pPr>
        <w:pStyle w:val="Heading2"/>
        <w:jc w:val="center"/>
        <w:rPr>
          <w:rFonts w:ascii="Bahnschrift" w:hAnsi="Bahnschrift"/>
        </w:rPr>
      </w:pPr>
      <w:r w:rsidRPr="00B646D2">
        <w:rPr>
          <w:rFonts w:ascii="Bahnschrift" w:hAnsi="Bahnschrift"/>
        </w:rPr>
        <w:t>APPLICATION FOR SETTLEMENT OF DECEASED SAVINGS ACCOUNT</w:t>
      </w:r>
    </w:p>
    <w:p w:rsidR="003B6A44" w:rsidRPr="00B646D2" w:rsidRDefault="003E2C6C" w:rsidP="00B646D2">
      <w:pPr>
        <w:ind w:left="5760"/>
        <w:rPr>
          <w:rFonts w:ascii="Bahnschrift" w:hAnsi="Bahnschrift"/>
        </w:rPr>
      </w:pPr>
      <w:r w:rsidRPr="00B646D2">
        <w:rPr>
          <w:rFonts w:ascii="Bahnschrift" w:hAnsi="Bahnschrift"/>
        </w:rPr>
        <w:t>Date: __</w:t>
      </w:r>
      <w:r w:rsidR="00B646D2">
        <w:rPr>
          <w:rFonts w:ascii="Bahnschrift" w:hAnsi="Bahnschrift"/>
        </w:rPr>
        <w:t>__</w:t>
      </w:r>
      <w:r w:rsidRPr="00B646D2">
        <w:rPr>
          <w:rFonts w:ascii="Bahnschrift" w:hAnsi="Bahnschrift"/>
        </w:rPr>
        <w:t>_ / __</w:t>
      </w:r>
      <w:r w:rsidR="00B646D2">
        <w:rPr>
          <w:rFonts w:ascii="Bahnschrift" w:hAnsi="Bahnschrift"/>
        </w:rPr>
        <w:t>__</w:t>
      </w:r>
      <w:r w:rsidRPr="00B646D2">
        <w:rPr>
          <w:rFonts w:ascii="Bahnschrift" w:hAnsi="Bahnschrift"/>
        </w:rPr>
        <w:t xml:space="preserve">_ / </w:t>
      </w:r>
      <w:r w:rsidRPr="00B646D2">
        <w:rPr>
          <w:rFonts w:ascii="Bahnschrift" w:hAnsi="Bahnschrift"/>
        </w:rPr>
        <w:t>20___</w:t>
      </w:r>
    </w:p>
    <w:p w:rsidR="003B6A44" w:rsidRDefault="003E2C6C" w:rsidP="00B646D2">
      <w:pPr>
        <w:rPr>
          <w:rFonts w:ascii="Bahnschrift" w:hAnsi="Bahnschrift"/>
        </w:rPr>
      </w:pPr>
      <w:r w:rsidRPr="00B646D2">
        <w:rPr>
          <w:rFonts w:ascii="Bahnschrift" w:hAnsi="Bahnschrift"/>
        </w:rPr>
        <w:t>To</w:t>
      </w:r>
      <w:r w:rsidR="00B646D2">
        <w:rPr>
          <w:rFonts w:ascii="Bahnschrift" w:hAnsi="Bahnschrift"/>
        </w:rPr>
        <w:br/>
      </w:r>
      <w:r w:rsidRPr="00B646D2">
        <w:rPr>
          <w:rFonts w:ascii="Bahnschrift" w:hAnsi="Bahnschrift"/>
        </w:rPr>
        <w:t>The Manager</w:t>
      </w:r>
      <w:r w:rsidR="00B646D2">
        <w:rPr>
          <w:rFonts w:ascii="Bahnschrift" w:hAnsi="Bahnschrift"/>
        </w:rPr>
        <w:br/>
        <w:t>Bar</w:t>
      </w:r>
      <w:r w:rsidRPr="00B646D2">
        <w:rPr>
          <w:rFonts w:ascii="Bahnschrift" w:hAnsi="Bahnschrift"/>
        </w:rPr>
        <w:t xml:space="preserve">nia </w:t>
      </w:r>
      <w:proofErr w:type="spellStart"/>
      <w:r w:rsidRPr="00B646D2">
        <w:rPr>
          <w:rFonts w:ascii="Bahnschrift" w:hAnsi="Bahnschrift"/>
        </w:rPr>
        <w:t>Samabay</w:t>
      </w:r>
      <w:proofErr w:type="spellEnd"/>
      <w:r w:rsidRPr="00B646D2">
        <w:rPr>
          <w:rFonts w:ascii="Bahnschrift" w:hAnsi="Bahnschrift"/>
        </w:rPr>
        <w:t xml:space="preserve"> </w:t>
      </w:r>
      <w:proofErr w:type="spellStart"/>
      <w:r w:rsidRPr="00B646D2">
        <w:rPr>
          <w:rFonts w:ascii="Bahnschrift" w:hAnsi="Bahnschrift"/>
        </w:rPr>
        <w:t>Krishi</w:t>
      </w:r>
      <w:proofErr w:type="spellEnd"/>
      <w:r w:rsidRPr="00B646D2">
        <w:rPr>
          <w:rFonts w:ascii="Bahnschrift" w:hAnsi="Bahnschrift"/>
        </w:rPr>
        <w:t xml:space="preserve"> </w:t>
      </w:r>
      <w:proofErr w:type="spellStart"/>
      <w:r w:rsidRPr="00B646D2">
        <w:rPr>
          <w:rFonts w:ascii="Bahnschrift" w:hAnsi="Bahnschrift"/>
        </w:rPr>
        <w:t>Unnayan</w:t>
      </w:r>
      <w:proofErr w:type="spellEnd"/>
      <w:r w:rsidRPr="00B646D2">
        <w:rPr>
          <w:rFonts w:ascii="Bahnschrift" w:hAnsi="Bahnschrift"/>
        </w:rPr>
        <w:t xml:space="preserve"> </w:t>
      </w:r>
      <w:proofErr w:type="spellStart"/>
      <w:r w:rsidRPr="00B646D2">
        <w:rPr>
          <w:rFonts w:ascii="Bahnschrift" w:hAnsi="Bahnschrift"/>
        </w:rPr>
        <w:t>Samity</w:t>
      </w:r>
      <w:proofErr w:type="spellEnd"/>
      <w:r w:rsidRPr="00B646D2">
        <w:rPr>
          <w:rFonts w:ascii="Bahnschrift" w:hAnsi="Bahnschrift"/>
        </w:rPr>
        <w:t xml:space="preserve"> </w:t>
      </w:r>
      <w:proofErr w:type="spellStart"/>
      <w:r w:rsidRPr="00B646D2">
        <w:rPr>
          <w:rFonts w:ascii="Bahnschrift" w:hAnsi="Bahnschrift"/>
        </w:rPr>
        <w:t>Ltd</w:t>
      </w:r>
      <w:proofErr w:type="gramStart"/>
      <w:r w:rsidRPr="00B646D2">
        <w:rPr>
          <w:rFonts w:ascii="Bahnschrift" w:hAnsi="Bahnschrift"/>
        </w:rPr>
        <w:t>.</w:t>
      </w:r>
      <w:proofErr w:type="spellEnd"/>
      <w:proofErr w:type="gramEnd"/>
      <w:r w:rsidR="00B646D2">
        <w:rPr>
          <w:rFonts w:ascii="Bahnschrift" w:hAnsi="Bahnschrift"/>
        </w:rPr>
        <w:br/>
        <w:t>Bar</w:t>
      </w:r>
      <w:r w:rsidRPr="00B646D2">
        <w:rPr>
          <w:rFonts w:ascii="Bahnschrift" w:hAnsi="Bahnschrift"/>
        </w:rPr>
        <w:t>nia, Nadia</w:t>
      </w:r>
      <w:r w:rsidRPr="00B646D2">
        <w:rPr>
          <w:rFonts w:ascii="Bahnschrift" w:hAnsi="Bahnschrift"/>
        </w:rPr>
        <w:br/>
      </w:r>
      <w:r w:rsidR="00B646D2">
        <w:rPr>
          <w:rFonts w:ascii="Bahnschrift" w:hAnsi="Bahnschrift"/>
        </w:rPr>
        <w:t xml:space="preserve">                          </w:t>
      </w:r>
      <w:r w:rsidRPr="00B646D2">
        <w:rPr>
          <w:rFonts w:ascii="Bahnschrift" w:hAnsi="Bahnschrift"/>
        </w:rPr>
        <w:t>Subject: Claim for Settlement of Deceased Savings Account</w:t>
      </w:r>
      <w:r w:rsidR="00B646D2">
        <w:rPr>
          <w:rFonts w:ascii="Bahnschrift" w:hAnsi="Bahnschrift"/>
        </w:rPr>
        <w:t>.</w:t>
      </w:r>
    </w:p>
    <w:p w:rsidR="00B646D2" w:rsidRPr="00B646D2" w:rsidRDefault="00B646D2" w:rsidP="00B646D2">
      <w:pPr>
        <w:rPr>
          <w:rFonts w:ascii="Bahnschrift" w:hAnsi="Bahnschrift"/>
        </w:rPr>
      </w:pPr>
      <w:proofErr w:type="spellStart"/>
      <w:r>
        <w:rPr>
          <w:rFonts w:ascii="Bahnschrift" w:hAnsi="Bahnschrift"/>
        </w:rPr>
        <w:t>Respacted</w:t>
      </w:r>
      <w:proofErr w:type="spellEnd"/>
      <w:r>
        <w:rPr>
          <w:rFonts w:ascii="Bahnschrift" w:hAnsi="Bahnschrift"/>
        </w:rPr>
        <w:t xml:space="preserve"> </w:t>
      </w:r>
      <w:proofErr w:type="gramStart"/>
      <w:r>
        <w:rPr>
          <w:rFonts w:ascii="Bahnschrift" w:hAnsi="Bahnschrift"/>
        </w:rPr>
        <w:t>Sir ,</w:t>
      </w:r>
      <w:proofErr w:type="gramEnd"/>
    </w:p>
    <w:p w:rsidR="003E2C6C" w:rsidRDefault="00B646D2" w:rsidP="00B646D2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        </w:t>
      </w:r>
      <w:r w:rsidR="003E2C6C">
        <w:rPr>
          <w:rFonts w:ascii="Bahnschrift" w:hAnsi="Bahnschrift"/>
        </w:rPr>
        <w:t xml:space="preserve">                           </w:t>
      </w:r>
      <w:r>
        <w:rPr>
          <w:rFonts w:ascii="Bahnschrift" w:hAnsi="Bahnschrift"/>
        </w:rPr>
        <w:t xml:space="preserve">   </w:t>
      </w:r>
      <w:r w:rsidR="003E2C6C" w:rsidRPr="00B646D2">
        <w:rPr>
          <w:rFonts w:ascii="Bahnschrift" w:hAnsi="Bahnschrift"/>
        </w:rPr>
        <w:t xml:space="preserve">I/We hereby apply for settlement of the Savings Account of Late </w:t>
      </w:r>
    </w:p>
    <w:p w:rsidR="003B6A44" w:rsidRPr="00B646D2" w:rsidRDefault="003E2C6C" w:rsidP="00B646D2">
      <w:pPr>
        <w:jc w:val="both"/>
        <w:rPr>
          <w:rFonts w:ascii="Bahnschrift" w:hAnsi="Bahnschrift"/>
        </w:rPr>
      </w:pPr>
      <w:proofErr w:type="gramStart"/>
      <w:r w:rsidRPr="00B646D2">
        <w:rPr>
          <w:rFonts w:ascii="Bahnschrift" w:hAnsi="Bahnschrift"/>
        </w:rPr>
        <w:t>__________________________ Account No.</w:t>
      </w:r>
      <w:proofErr w:type="gramEnd"/>
      <w:r w:rsidRPr="00B646D2">
        <w:rPr>
          <w:rFonts w:ascii="Bahnschrift" w:hAnsi="Bahnschrift"/>
        </w:rPr>
        <w:t xml:space="preserve"> _______________</w:t>
      </w:r>
      <w:r w:rsidRPr="00B646D2">
        <w:rPr>
          <w:rFonts w:ascii="Bahnschrift" w:hAnsi="Bahnschrift"/>
        </w:rPr>
        <w:t>___________ Membership No. __________________________</w:t>
      </w:r>
    </w:p>
    <w:p w:rsidR="003B6A44" w:rsidRPr="00B646D2" w:rsidRDefault="003E2C6C">
      <w:pPr>
        <w:pStyle w:val="Heading3"/>
        <w:rPr>
          <w:rFonts w:ascii="Bahnschrift" w:hAnsi="Bahnschrift"/>
        </w:rPr>
      </w:pPr>
      <w:r w:rsidRPr="00B646D2">
        <w:rPr>
          <w:rFonts w:ascii="Bahnschrift" w:hAnsi="Bahnschrift"/>
        </w:rPr>
        <w:t>Tick Applicable Option: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Claim by Registered Nominee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Claim by Legal Heir(s) (No Nominee Registered)</w:t>
      </w:r>
    </w:p>
    <w:p w:rsidR="003B6A44" w:rsidRPr="00B646D2" w:rsidRDefault="003E2C6C">
      <w:pPr>
        <w:pStyle w:val="Heading3"/>
        <w:rPr>
          <w:rFonts w:ascii="Bahnschrift" w:hAnsi="Bahnschrift"/>
        </w:rPr>
      </w:pPr>
      <w:r w:rsidRPr="00B646D2">
        <w:rPr>
          <w:rFonts w:ascii="Bahnschrift" w:hAnsi="Bahnschrift"/>
        </w:rPr>
        <w:t>Details of Deceased Account Holder</w:t>
      </w:r>
    </w:p>
    <w:p w:rsidR="003B6A44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t>Name: _______________________</w:t>
      </w:r>
      <w:r w:rsidR="00B646D2">
        <w:rPr>
          <w:rFonts w:ascii="Bahnschrift" w:hAnsi="Bahnschrift"/>
        </w:rPr>
        <w:t>________________</w:t>
      </w:r>
      <w:r w:rsidRPr="00B646D2">
        <w:rPr>
          <w:rFonts w:ascii="Bahnschrift" w:hAnsi="Bahnschrift"/>
        </w:rPr>
        <w:t>___</w:t>
      </w:r>
    </w:p>
    <w:p w:rsidR="00B646D2" w:rsidRPr="00B646D2" w:rsidRDefault="00B646D2">
      <w:pPr>
        <w:rPr>
          <w:rFonts w:ascii="Bahnschrift" w:hAnsi="Bahnschrift"/>
        </w:rPr>
      </w:pPr>
      <w:r>
        <w:rPr>
          <w:rFonts w:ascii="Bahnschrift" w:hAnsi="Bahnschrift"/>
        </w:rPr>
        <w:t xml:space="preserve">Account </w:t>
      </w:r>
      <w:proofErr w:type="gramStart"/>
      <w:r>
        <w:rPr>
          <w:rFonts w:ascii="Bahnschrift" w:hAnsi="Bahnschrift"/>
        </w:rPr>
        <w:t>No ;_</w:t>
      </w:r>
      <w:proofErr w:type="gramEnd"/>
      <w:r>
        <w:rPr>
          <w:rFonts w:ascii="Bahnschrift" w:hAnsi="Bahnschrift"/>
        </w:rPr>
        <w:t>___________________________________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t>Date of Death: ________________</w:t>
      </w:r>
      <w:r w:rsidRPr="00B646D2">
        <w:rPr>
          <w:rFonts w:ascii="Bahnschrift" w:hAnsi="Bahnschrift"/>
        </w:rPr>
        <w:t>_____</w:t>
      </w:r>
      <w:r w:rsidR="00B646D2">
        <w:rPr>
          <w:rFonts w:ascii="Bahnschrift" w:hAnsi="Bahnschrift"/>
        </w:rPr>
        <w:t>________</w:t>
      </w:r>
      <w:r w:rsidRPr="00B646D2">
        <w:rPr>
          <w:rFonts w:ascii="Bahnschrift" w:hAnsi="Bahnschrift"/>
        </w:rPr>
        <w:t>_____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t>Death Certificate No.: __________________________</w:t>
      </w:r>
    </w:p>
    <w:p w:rsidR="003B6A44" w:rsidRPr="00B646D2" w:rsidRDefault="003E2C6C">
      <w:pPr>
        <w:pStyle w:val="Heading3"/>
        <w:rPr>
          <w:rFonts w:ascii="Bahnschrift" w:hAnsi="Bahnschrift"/>
        </w:rPr>
      </w:pPr>
      <w:r w:rsidRPr="00B646D2">
        <w:rPr>
          <w:rFonts w:ascii="Bahnschrift" w:hAnsi="Bahnschrift"/>
        </w:rPr>
        <w:t>Details of Claimant(s)</w:t>
      </w:r>
    </w:p>
    <w:tbl>
      <w:tblPr>
        <w:tblStyle w:val="TableGrid"/>
        <w:tblW w:w="9645" w:type="dxa"/>
        <w:tblLook w:val="04A0"/>
      </w:tblPr>
      <w:tblGrid>
        <w:gridCol w:w="1008"/>
        <w:gridCol w:w="2850"/>
        <w:gridCol w:w="1470"/>
        <w:gridCol w:w="1980"/>
        <w:gridCol w:w="2337"/>
      </w:tblGrid>
      <w:tr w:rsidR="003B6A44" w:rsidRPr="00B646D2" w:rsidTr="00B646D2">
        <w:trPr>
          <w:trHeight w:val="285"/>
        </w:trPr>
        <w:tc>
          <w:tcPr>
            <w:tcW w:w="100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Sl. No.</w:t>
            </w:r>
          </w:p>
        </w:tc>
        <w:tc>
          <w:tcPr>
            <w:tcW w:w="2850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Name</w:t>
            </w:r>
          </w:p>
        </w:tc>
        <w:tc>
          <w:tcPr>
            <w:tcW w:w="1470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Relationship</w:t>
            </w:r>
          </w:p>
        </w:tc>
        <w:tc>
          <w:tcPr>
            <w:tcW w:w="1980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Address</w:t>
            </w:r>
          </w:p>
        </w:tc>
        <w:tc>
          <w:tcPr>
            <w:tcW w:w="2337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Signature</w:t>
            </w:r>
          </w:p>
        </w:tc>
      </w:tr>
      <w:tr w:rsidR="003B6A44" w:rsidRPr="00B646D2" w:rsidTr="00B646D2">
        <w:trPr>
          <w:trHeight w:val="269"/>
        </w:trPr>
        <w:tc>
          <w:tcPr>
            <w:tcW w:w="1008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3B6A44" w:rsidRDefault="003B6A44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  <w:tr w:rsidR="003B6A44" w:rsidRPr="00B646D2" w:rsidTr="00B646D2">
        <w:trPr>
          <w:trHeight w:val="269"/>
        </w:trPr>
        <w:tc>
          <w:tcPr>
            <w:tcW w:w="1008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3B6A44" w:rsidRDefault="003B6A44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  <w:tr w:rsidR="003B6A44" w:rsidRPr="00B646D2" w:rsidTr="00B646D2">
        <w:trPr>
          <w:trHeight w:val="285"/>
        </w:trPr>
        <w:tc>
          <w:tcPr>
            <w:tcW w:w="1008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3B6A44" w:rsidRPr="00B646D2" w:rsidRDefault="003B6A44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3B6A44" w:rsidRDefault="003B6A44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  <w:tr w:rsidR="00B646D2" w:rsidRPr="00B646D2" w:rsidTr="00B646D2">
        <w:trPr>
          <w:trHeight w:val="269"/>
        </w:trPr>
        <w:tc>
          <w:tcPr>
            <w:tcW w:w="1008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B646D2" w:rsidRDefault="00B646D2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  <w:tr w:rsidR="00B646D2" w:rsidRPr="00B646D2" w:rsidTr="00B646D2">
        <w:trPr>
          <w:trHeight w:val="269"/>
        </w:trPr>
        <w:tc>
          <w:tcPr>
            <w:tcW w:w="1008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B646D2" w:rsidRDefault="00B646D2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  <w:tr w:rsidR="00B646D2" w:rsidRPr="00B646D2" w:rsidTr="00B646D2">
        <w:trPr>
          <w:trHeight w:val="285"/>
        </w:trPr>
        <w:tc>
          <w:tcPr>
            <w:tcW w:w="1008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85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47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1980" w:type="dxa"/>
          </w:tcPr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  <w:tc>
          <w:tcPr>
            <w:tcW w:w="2337" w:type="dxa"/>
          </w:tcPr>
          <w:p w:rsidR="00B646D2" w:rsidRDefault="00B646D2">
            <w:pPr>
              <w:rPr>
                <w:rFonts w:ascii="Bahnschrift" w:hAnsi="Bahnschrift"/>
              </w:rPr>
            </w:pPr>
          </w:p>
          <w:p w:rsidR="003E2C6C" w:rsidRPr="00B646D2" w:rsidRDefault="003E2C6C">
            <w:pPr>
              <w:rPr>
                <w:rFonts w:ascii="Bahnschrift" w:hAnsi="Bahnschrift"/>
              </w:rPr>
            </w:pPr>
          </w:p>
        </w:tc>
      </w:tr>
    </w:tbl>
    <w:p w:rsidR="003B6A44" w:rsidRPr="00B646D2" w:rsidRDefault="003E2C6C">
      <w:pPr>
        <w:pStyle w:val="Heading3"/>
        <w:rPr>
          <w:rFonts w:ascii="Bahnschrift" w:hAnsi="Bahnschrift"/>
        </w:rPr>
      </w:pPr>
      <w:r w:rsidRPr="00B646D2">
        <w:rPr>
          <w:rFonts w:ascii="Bahnschrift" w:hAnsi="Bahnschrift"/>
        </w:rPr>
        <w:t>Documents Attached (Tick):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Death Certificate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lastRenderedPageBreak/>
        <w:t>☐</w:t>
      </w:r>
      <w:r w:rsidRPr="00B646D2">
        <w:rPr>
          <w:rFonts w:ascii="Bahnschrift" w:hAnsi="Bahnschrift"/>
        </w:rPr>
        <w:t xml:space="preserve"> Legal Heir / Succession Certificate (if applicable)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ID Proof of </w:t>
      </w:r>
      <w:r w:rsidRPr="00B646D2">
        <w:rPr>
          <w:rFonts w:ascii="Bahnschrift" w:hAnsi="Bahnschrift"/>
        </w:rPr>
        <w:t>Claimant(s)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Indemnity Bond (if required)</w:t>
      </w:r>
    </w:p>
    <w:p w:rsidR="003B6A44" w:rsidRPr="003E2C6C" w:rsidRDefault="003E2C6C" w:rsidP="003E2C6C">
      <w:pPr>
        <w:pStyle w:val="Heading3"/>
        <w:jc w:val="center"/>
        <w:rPr>
          <w:rFonts w:ascii="Bahnschrift" w:hAnsi="Bahnschrift"/>
          <w:u w:val="single"/>
        </w:rPr>
      </w:pPr>
      <w:r w:rsidRPr="003E2C6C">
        <w:rPr>
          <w:rFonts w:ascii="Bahnschrift" w:hAnsi="Bahnschrift"/>
          <w:u w:val="single"/>
        </w:rPr>
        <w:t>Settlement Calculation (For Office Use Only)</w:t>
      </w:r>
    </w:p>
    <w:tbl>
      <w:tblPr>
        <w:tblStyle w:val="TableGrid"/>
        <w:tblW w:w="0" w:type="auto"/>
        <w:tblLook w:val="04A0"/>
      </w:tblPr>
      <w:tblGrid>
        <w:gridCol w:w="1368"/>
        <w:gridCol w:w="4392"/>
        <w:gridCol w:w="2880"/>
      </w:tblGrid>
      <w:tr w:rsidR="003B6A44" w:rsidRPr="00B646D2" w:rsidTr="00B646D2">
        <w:tc>
          <w:tcPr>
            <w:tcW w:w="136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Sl. No.</w:t>
            </w:r>
          </w:p>
        </w:tc>
        <w:tc>
          <w:tcPr>
            <w:tcW w:w="4392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Particulars</w:t>
            </w:r>
          </w:p>
        </w:tc>
        <w:tc>
          <w:tcPr>
            <w:tcW w:w="2880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Amount (₹)</w:t>
            </w:r>
          </w:p>
        </w:tc>
      </w:tr>
      <w:tr w:rsidR="003B6A44" w:rsidRPr="00B646D2" w:rsidTr="00B646D2">
        <w:tc>
          <w:tcPr>
            <w:tcW w:w="136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1</w:t>
            </w:r>
          </w:p>
        </w:tc>
        <w:tc>
          <w:tcPr>
            <w:tcW w:w="4392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Closing Balance as on Date</w:t>
            </w:r>
          </w:p>
        </w:tc>
        <w:tc>
          <w:tcPr>
            <w:tcW w:w="2880" w:type="dxa"/>
          </w:tcPr>
          <w:p w:rsidR="003B6A44" w:rsidRDefault="003B6A44">
            <w:pPr>
              <w:rPr>
                <w:rFonts w:ascii="Bahnschrift" w:hAnsi="Bahnschrift"/>
              </w:rPr>
            </w:pPr>
          </w:p>
          <w:p w:rsidR="00B646D2" w:rsidRPr="00B646D2" w:rsidRDefault="00B646D2">
            <w:pPr>
              <w:rPr>
                <w:rFonts w:ascii="Bahnschrift" w:hAnsi="Bahnschrift"/>
              </w:rPr>
            </w:pPr>
          </w:p>
        </w:tc>
      </w:tr>
      <w:tr w:rsidR="003B6A44" w:rsidRPr="00B646D2" w:rsidTr="00B646D2">
        <w:tc>
          <w:tcPr>
            <w:tcW w:w="136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2</w:t>
            </w:r>
          </w:p>
        </w:tc>
        <w:tc>
          <w:tcPr>
            <w:tcW w:w="4392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Interest up to Date of Settlement</w:t>
            </w:r>
          </w:p>
        </w:tc>
        <w:tc>
          <w:tcPr>
            <w:tcW w:w="2880" w:type="dxa"/>
          </w:tcPr>
          <w:p w:rsidR="003B6A44" w:rsidRDefault="003B6A44" w:rsidP="00B646D2">
            <w:pPr>
              <w:rPr>
                <w:rFonts w:ascii="Bahnschrift" w:hAnsi="Bahnschrift"/>
              </w:rPr>
            </w:pPr>
          </w:p>
          <w:p w:rsidR="00B646D2" w:rsidRPr="00B646D2" w:rsidRDefault="00B646D2" w:rsidP="00B646D2">
            <w:pPr>
              <w:rPr>
                <w:rFonts w:ascii="Bahnschrift" w:hAnsi="Bahnschrift"/>
              </w:rPr>
            </w:pPr>
          </w:p>
        </w:tc>
      </w:tr>
      <w:tr w:rsidR="003B6A44" w:rsidRPr="00B646D2" w:rsidTr="00B646D2">
        <w:tc>
          <w:tcPr>
            <w:tcW w:w="136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3</w:t>
            </w:r>
          </w:p>
        </w:tc>
        <w:tc>
          <w:tcPr>
            <w:tcW w:w="4392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Account Closing Charges</w:t>
            </w:r>
          </w:p>
        </w:tc>
        <w:tc>
          <w:tcPr>
            <w:tcW w:w="2880" w:type="dxa"/>
          </w:tcPr>
          <w:p w:rsidR="003B6A44" w:rsidRDefault="003E2C6C" w:rsidP="00B646D2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 xml:space="preserve">(–) </w:t>
            </w:r>
          </w:p>
          <w:p w:rsidR="00B646D2" w:rsidRPr="00B646D2" w:rsidRDefault="00B646D2" w:rsidP="00B646D2">
            <w:pPr>
              <w:rPr>
                <w:rFonts w:ascii="Bahnschrift" w:hAnsi="Bahnschrift"/>
              </w:rPr>
            </w:pPr>
          </w:p>
        </w:tc>
      </w:tr>
      <w:tr w:rsidR="003B6A44" w:rsidRPr="00B646D2" w:rsidTr="00B646D2">
        <w:tc>
          <w:tcPr>
            <w:tcW w:w="1368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4</w:t>
            </w:r>
          </w:p>
        </w:tc>
        <w:tc>
          <w:tcPr>
            <w:tcW w:w="4392" w:type="dxa"/>
          </w:tcPr>
          <w:p w:rsidR="003B6A44" w:rsidRPr="00B646D2" w:rsidRDefault="003E2C6C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>Other Deductions (if any)</w:t>
            </w:r>
          </w:p>
        </w:tc>
        <w:tc>
          <w:tcPr>
            <w:tcW w:w="2880" w:type="dxa"/>
          </w:tcPr>
          <w:p w:rsidR="003B6A44" w:rsidRDefault="003E2C6C" w:rsidP="00B646D2">
            <w:pPr>
              <w:rPr>
                <w:rFonts w:ascii="Bahnschrift" w:hAnsi="Bahnschrift"/>
              </w:rPr>
            </w:pPr>
            <w:r w:rsidRPr="00B646D2">
              <w:rPr>
                <w:rFonts w:ascii="Bahnschrift" w:hAnsi="Bahnschrift"/>
              </w:rPr>
              <w:t xml:space="preserve">(–) </w:t>
            </w:r>
          </w:p>
          <w:p w:rsidR="00B646D2" w:rsidRPr="00B646D2" w:rsidRDefault="00B646D2" w:rsidP="00B646D2">
            <w:pPr>
              <w:rPr>
                <w:rFonts w:ascii="Bahnschrift" w:hAnsi="Bahnschrift"/>
              </w:rPr>
            </w:pPr>
          </w:p>
        </w:tc>
      </w:tr>
    </w:tbl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br/>
        <w:t>Net Amount Payable (1 + 2 – 3 – 4): ₹ ___________</w:t>
      </w:r>
      <w:r w:rsidR="00B646D2">
        <w:rPr>
          <w:rFonts w:ascii="Bahnschrift" w:hAnsi="Bahnschrift"/>
        </w:rPr>
        <w:t>______________________________</w:t>
      </w:r>
      <w:r w:rsidRPr="00B646D2">
        <w:rPr>
          <w:rFonts w:ascii="Bahnschrift" w:hAnsi="Bahnschrift"/>
        </w:rPr>
        <w:t>_________</w:t>
      </w:r>
    </w:p>
    <w:p w:rsidR="003B6A44" w:rsidRPr="00B646D2" w:rsidRDefault="003E2C6C">
      <w:pPr>
        <w:pStyle w:val="Heading3"/>
        <w:rPr>
          <w:rFonts w:ascii="Bahnschrift" w:hAnsi="Bahnschrift"/>
        </w:rPr>
      </w:pPr>
      <w:r w:rsidRPr="00B646D2">
        <w:rPr>
          <w:rFonts w:ascii="Bahnschrift" w:hAnsi="Bahnschrift"/>
        </w:rPr>
        <w:t>Mode of Payment (Tick One)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Cash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/>
        </w:rPr>
        <w:t>☐</w:t>
      </w:r>
      <w:r w:rsidRPr="00B646D2">
        <w:rPr>
          <w:rFonts w:ascii="Bahnschrift" w:hAnsi="Bahnschrift"/>
        </w:rPr>
        <w:t xml:space="preserve"> Transfer to Account No.: __________________________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t xml:space="preserve">Bank Name: __________________________ IFSC: </w:t>
      </w:r>
      <w:r w:rsidRPr="00B646D2">
        <w:rPr>
          <w:rFonts w:ascii="Bahnschrift" w:hAnsi="Bahnschrift"/>
        </w:rPr>
        <w:t>__________________________</w:t>
      </w:r>
    </w:p>
    <w:p w:rsidR="003B6A44" w:rsidRPr="00B646D2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br/>
        <w:t>Declaration:</w:t>
      </w:r>
    </w:p>
    <w:p w:rsidR="003B6A44" w:rsidRPr="00B646D2" w:rsidRDefault="00B646D2" w:rsidP="00B646D2">
      <w:pPr>
        <w:jc w:val="both"/>
        <w:rPr>
          <w:rFonts w:ascii="Bahnschrift" w:hAnsi="Bahnschrift"/>
        </w:rPr>
      </w:pPr>
      <w:r>
        <w:rPr>
          <w:rFonts w:ascii="Bahnschrift" w:hAnsi="Bahnschrift"/>
        </w:rPr>
        <w:t xml:space="preserve">                 </w:t>
      </w:r>
      <w:r w:rsidR="003E2C6C" w:rsidRPr="00B646D2">
        <w:rPr>
          <w:rFonts w:ascii="Bahnschrift" w:hAnsi="Bahnschrift"/>
        </w:rPr>
        <w:t>I/We hereby declare that the above information is true and correct. I/We agree to indemnify the Society against any future claim or dispute regarding this settlement</w:t>
      </w:r>
      <w:r w:rsidR="003E2C6C" w:rsidRPr="00B646D2">
        <w:rPr>
          <w:rFonts w:ascii="Bahnschrift" w:hAnsi="Bahnschrift"/>
        </w:rPr>
        <w:t>.</w:t>
      </w:r>
    </w:p>
    <w:p w:rsidR="003B6A44" w:rsidRPr="00B646D2" w:rsidRDefault="003E2C6C" w:rsidP="00B646D2">
      <w:pPr>
        <w:ind w:left="3600"/>
        <w:rPr>
          <w:rFonts w:ascii="Bahnschrift" w:hAnsi="Bahnschrift"/>
        </w:rPr>
      </w:pPr>
      <w:r w:rsidRPr="00B646D2">
        <w:rPr>
          <w:rFonts w:ascii="Bahnschrift" w:hAnsi="Bahnschrift"/>
        </w:rPr>
        <w:br/>
      </w:r>
      <w:r w:rsidRPr="00B646D2">
        <w:rPr>
          <w:rFonts w:ascii="Bahnschrift" w:hAnsi="Bahnschrift"/>
        </w:rPr>
        <w:t>Signature of Claimant(s): __________________________</w:t>
      </w:r>
    </w:p>
    <w:p w:rsidR="003B6A44" w:rsidRDefault="003E2C6C">
      <w:pPr>
        <w:rPr>
          <w:rFonts w:ascii="Bahnschrift" w:hAnsi="Bahnschrift"/>
        </w:rPr>
      </w:pPr>
      <w:r w:rsidRPr="00B646D2">
        <w:rPr>
          <w:rFonts w:ascii="Bahnschrift" w:hAnsi="Bahnschrift"/>
        </w:rPr>
        <w:t>Date: __</w:t>
      </w:r>
      <w:r w:rsidR="00B646D2">
        <w:rPr>
          <w:rFonts w:ascii="Bahnschrift" w:hAnsi="Bahnschrift"/>
        </w:rPr>
        <w:t>____</w:t>
      </w:r>
      <w:r w:rsidRPr="00B646D2">
        <w:rPr>
          <w:rFonts w:ascii="Bahnschrift" w:hAnsi="Bahnschrift"/>
        </w:rPr>
        <w:t>_ / _</w:t>
      </w:r>
      <w:r w:rsidR="00B646D2">
        <w:rPr>
          <w:rFonts w:ascii="Bahnschrift" w:hAnsi="Bahnschrift"/>
        </w:rPr>
        <w:t>____</w:t>
      </w:r>
      <w:r w:rsidRPr="00B646D2">
        <w:rPr>
          <w:rFonts w:ascii="Bahnschrift" w:hAnsi="Bahnschrift"/>
        </w:rPr>
        <w:t>__ / 20___</w:t>
      </w:r>
    </w:p>
    <w:p w:rsidR="003E2C6C" w:rsidRPr="00B646D2" w:rsidRDefault="003E2C6C">
      <w:pPr>
        <w:rPr>
          <w:rFonts w:ascii="Bahnschrift" w:hAnsi="Bahnschrift"/>
        </w:rPr>
      </w:pPr>
    </w:p>
    <w:p w:rsidR="003B6A44" w:rsidRPr="00B646D2" w:rsidRDefault="003E2C6C" w:rsidP="00B646D2">
      <w:pPr>
        <w:pStyle w:val="Heading3"/>
        <w:jc w:val="center"/>
        <w:rPr>
          <w:rFonts w:ascii="Bahnschrift" w:hAnsi="Bahnschrift"/>
        </w:rPr>
      </w:pPr>
      <w:r w:rsidRPr="003E2C6C">
        <w:rPr>
          <w:rFonts w:ascii="Bahnschrift" w:hAnsi="Bahnschrift"/>
          <w:u w:val="single"/>
        </w:rPr>
        <w:t>For Office Use Only</w:t>
      </w:r>
      <w:r w:rsidR="00B646D2">
        <w:rPr>
          <w:rFonts w:ascii="Bahnschrift" w:hAnsi="Bahnschrift"/>
        </w:rPr>
        <w:br/>
        <w:t xml:space="preserve">                                                                    </w:t>
      </w:r>
      <w:r w:rsidRPr="00B646D2">
        <w:rPr>
          <w:rFonts w:ascii="Bahnschrift" w:hAnsi="Bahnschrift"/>
        </w:rPr>
        <w:t>Verified By: __________________</w:t>
      </w:r>
      <w:r w:rsidR="00B646D2">
        <w:rPr>
          <w:rFonts w:ascii="Bahnschrift" w:hAnsi="Bahnschrift"/>
        </w:rPr>
        <w:t>_____</w:t>
      </w:r>
      <w:r w:rsidRPr="00B646D2">
        <w:rPr>
          <w:rFonts w:ascii="Bahnschrift" w:hAnsi="Bahnschrift"/>
        </w:rPr>
        <w:t>________</w:t>
      </w:r>
    </w:p>
    <w:p w:rsidR="00B646D2" w:rsidRDefault="00B646D2" w:rsidP="00B646D2">
      <w:pPr>
        <w:ind w:left="3600"/>
        <w:rPr>
          <w:rFonts w:ascii="Bahnschrift" w:hAnsi="Bahnschrift"/>
        </w:rPr>
      </w:pPr>
    </w:p>
    <w:p w:rsidR="003B6A44" w:rsidRPr="00B646D2" w:rsidRDefault="00B646D2" w:rsidP="00B646D2">
      <w:pPr>
        <w:ind w:left="3600"/>
        <w:rPr>
          <w:rFonts w:ascii="Bahnschrift" w:hAnsi="Bahnschrift"/>
        </w:rPr>
      </w:pPr>
      <w:r>
        <w:rPr>
          <w:rFonts w:ascii="Bahnschrift" w:hAnsi="Bahnschrift"/>
        </w:rPr>
        <w:t xml:space="preserve">          </w:t>
      </w:r>
      <w:r w:rsidR="003E2C6C" w:rsidRPr="00B646D2">
        <w:rPr>
          <w:rFonts w:ascii="Bahnschrift" w:hAnsi="Bahnschrift"/>
        </w:rPr>
        <w:t>Authorized Officer: __________________________</w:t>
      </w:r>
    </w:p>
    <w:p w:rsidR="00B646D2" w:rsidRDefault="00B646D2" w:rsidP="00B646D2">
      <w:pPr>
        <w:ind w:left="4320" w:firstLine="720"/>
        <w:rPr>
          <w:rFonts w:ascii="Bahnschrift" w:hAnsi="Bahnschrift"/>
        </w:rPr>
      </w:pPr>
      <w:r>
        <w:rPr>
          <w:rFonts w:ascii="Bahnschrift" w:hAnsi="Bahnschrift"/>
        </w:rPr>
        <w:t xml:space="preserve">      </w:t>
      </w:r>
    </w:p>
    <w:p w:rsidR="00B646D2" w:rsidRDefault="00B646D2" w:rsidP="00B646D2">
      <w:pPr>
        <w:ind w:left="4320" w:firstLine="720"/>
        <w:rPr>
          <w:rFonts w:ascii="Bahnschrift" w:hAnsi="Bahnschrift"/>
        </w:rPr>
      </w:pPr>
    </w:p>
    <w:p w:rsidR="003B6A44" w:rsidRPr="00B646D2" w:rsidRDefault="00B646D2" w:rsidP="00B646D2">
      <w:pPr>
        <w:ind w:left="4320" w:firstLine="720"/>
        <w:rPr>
          <w:rFonts w:ascii="Bahnschrift" w:hAnsi="Bahnschrift"/>
        </w:rPr>
      </w:pPr>
      <w:r>
        <w:rPr>
          <w:rFonts w:ascii="Bahnschrift" w:hAnsi="Bahnschrift"/>
        </w:rPr>
        <w:t xml:space="preserve">                  </w:t>
      </w:r>
      <w:r w:rsidR="003E2C6C" w:rsidRPr="00B646D2">
        <w:rPr>
          <w:rFonts w:ascii="Bahnschrift" w:hAnsi="Bahnschrift"/>
        </w:rPr>
        <w:t>Signature &amp; Seal</w:t>
      </w:r>
    </w:p>
    <w:sectPr w:rsidR="003B6A44" w:rsidRPr="00B646D2" w:rsidSect="00B646D2">
      <w:pgSz w:w="12240" w:h="15840"/>
      <w:pgMar w:top="432" w:right="1800" w:bottom="432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B6A44"/>
    <w:rsid w:val="003E2C6C"/>
    <w:rsid w:val="00AA1D8D"/>
    <w:rsid w:val="00B47730"/>
    <w:rsid w:val="00B646D2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barnia usskh</cp:lastModifiedBy>
  <cp:revision>3</cp:revision>
  <dcterms:created xsi:type="dcterms:W3CDTF">2026-02-20T06:21:00Z</dcterms:created>
  <dcterms:modified xsi:type="dcterms:W3CDTF">2026-02-20T06:22:00Z</dcterms:modified>
</cp:coreProperties>
</file>