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CE7" w:rsidRPr="00EB093A" w:rsidRDefault="00F42CE7" w:rsidP="00F42CE7">
      <w:pPr>
        <w:pStyle w:val="NoSpacing"/>
        <w:jc w:val="center"/>
        <w:rPr>
          <w:rFonts w:ascii="Bahnschrift" w:hAnsi="Bahnschrift"/>
          <w:sz w:val="32"/>
        </w:rPr>
      </w:pPr>
      <w:proofErr w:type="spellStart"/>
      <w:r w:rsidRPr="00EB093A">
        <w:rPr>
          <w:rFonts w:ascii="Bahnschrift" w:hAnsi="Bahnschrift"/>
          <w:sz w:val="32"/>
        </w:rPr>
        <w:t>BARANIA</w:t>
      </w:r>
      <w:proofErr w:type="spellEnd"/>
      <w:r w:rsidRPr="00EB093A">
        <w:rPr>
          <w:rFonts w:ascii="Bahnschrift" w:hAnsi="Bahnschrift"/>
          <w:sz w:val="32"/>
        </w:rPr>
        <w:t xml:space="preserve"> </w:t>
      </w:r>
      <w:proofErr w:type="spellStart"/>
      <w:r w:rsidRPr="00EB093A">
        <w:rPr>
          <w:rFonts w:ascii="Bahnschrift" w:hAnsi="Bahnschrift"/>
          <w:sz w:val="32"/>
        </w:rPr>
        <w:t>SAMABAY</w:t>
      </w:r>
      <w:proofErr w:type="spellEnd"/>
      <w:r w:rsidRPr="00EB093A">
        <w:rPr>
          <w:rFonts w:ascii="Bahnschrift" w:hAnsi="Bahnschrift"/>
          <w:sz w:val="32"/>
        </w:rPr>
        <w:t xml:space="preserve"> </w:t>
      </w:r>
      <w:proofErr w:type="spellStart"/>
      <w:r w:rsidRPr="00EB093A">
        <w:rPr>
          <w:rFonts w:ascii="Bahnschrift" w:hAnsi="Bahnschrift"/>
          <w:sz w:val="32"/>
        </w:rPr>
        <w:t>KRISHI</w:t>
      </w:r>
      <w:proofErr w:type="spellEnd"/>
      <w:r w:rsidRPr="00EB093A">
        <w:rPr>
          <w:rFonts w:ascii="Bahnschrift" w:hAnsi="Bahnschrift"/>
          <w:sz w:val="32"/>
        </w:rPr>
        <w:t xml:space="preserve"> </w:t>
      </w:r>
      <w:proofErr w:type="spellStart"/>
      <w:r w:rsidRPr="00EB093A">
        <w:rPr>
          <w:rFonts w:ascii="Bahnschrift" w:hAnsi="Bahnschrift"/>
          <w:sz w:val="32"/>
        </w:rPr>
        <w:t>UNNAYAN</w:t>
      </w:r>
      <w:proofErr w:type="spellEnd"/>
      <w:r w:rsidRPr="00EB093A">
        <w:rPr>
          <w:rFonts w:ascii="Bahnschrift" w:hAnsi="Bahnschrift"/>
          <w:sz w:val="32"/>
        </w:rPr>
        <w:t xml:space="preserve"> </w:t>
      </w:r>
      <w:proofErr w:type="spellStart"/>
      <w:r w:rsidRPr="00EB093A">
        <w:rPr>
          <w:rFonts w:ascii="Bahnschrift" w:hAnsi="Bahnschrift"/>
          <w:sz w:val="32"/>
        </w:rPr>
        <w:t>SAMITY</w:t>
      </w:r>
      <w:proofErr w:type="spellEnd"/>
      <w:r w:rsidRPr="00EB093A">
        <w:rPr>
          <w:rFonts w:ascii="Bahnschrift" w:hAnsi="Bahnschrift"/>
          <w:sz w:val="32"/>
        </w:rPr>
        <w:t xml:space="preserve"> LTD.</w:t>
      </w:r>
    </w:p>
    <w:p w:rsidR="00F42CE7" w:rsidRPr="00EB093A" w:rsidRDefault="00F42CE7" w:rsidP="00F42CE7">
      <w:pPr>
        <w:pStyle w:val="NoSpacing"/>
        <w:rPr>
          <w:rFonts w:ascii="Bahnschrift" w:hAnsi="Bahnschrift"/>
        </w:rPr>
      </w:pPr>
    </w:p>
    <w:p w:rsidR="00F42CE7" w:rsidRPr="00EB093A" w:rsidRDefault="00F42CE7" w:rsidP="00F42CE7">
      <w:pPr>
        <w:pStyle w:val="NoSpacing"/>
        <w:jc w:val="center"/>
        <w:rPr>
          <w:rFonts w:ascii="Bahnschrift" w:hAnsi="Bahnschrift"/>
        </w:rPr>
      </w:pPr>
      <w:proofErr w:type="gramStart"/>
      <w:r w:rsidRPr="00EB093A">
        <w:rPr>
          <w:rFonts w:ascii="Bahnschrift" w:hAnsi="Bahnschrift"/>
        </w:rPr>
        <w:t>Regd. No.</w:t>
      </w:r>
      <w:proofErr w:type="gramEnd"/>
      <w:r w:rsidRPr="00EB093A">
        <w:rPr>
          <w:rFonts w:ascii="Bahnschrift" w:hAnsi="Bahnschrift"/>
        </w:rPr>
        <w:t xml:space="preserve"> – 91 | Date of Registration – 17/08/1928</w:t>
      </w:r>
    </w:p>
    <w:p w:rsidR="006D3876" w:rsidRPr="00F42CE7" w:rsidRDefault="00F42CE7" w:rsidP="00F42CE7">
      <w:pPr>
        <w:pStyle w:val="NoSpacing"/>
        <w:jc w:val="center"/>
        <w:rPr>
          <w:rFonts w:ascii="Bahnschrift" w:hAnsi="Bahnschrift"/>
        </w:rPr>
      </w:pPr>
      <w:proofErr w:type="spellStart"/>
      <w:r w:rsidRPr="00EB093A">
        <w:rPr>
          <w:rFonts w:ascii="Bahnschrift" w:hAnsi="Bahnschrift"/>
        </w:rPr>
        <w:t>Vill</w:t>
      </w:r>
      <w:proofErr w:type="spellEnd"/>
      <w:r w:rsidRPr="00EB093A">
        <w:rPr>
          <w:rFonts w:ascii="Bahnschrift" w:hAnsi="Bahnschrift"/>
        </w:rPr>
        <w:t xml:space="preserve"> – </w:t>
      </w:r>
      <w:proofErr w:type="spellStart"/>
      <w:r w:rsidRPr="00EB093A">
        <w:rPr>
          <w:rFonts w:ascii="Bahnschrift" w:hAnsi="Bahnschrift"/>
        </w:rPr>
        <w:t>Surendranathpur</w:t>
      </w:r>
      <w:proofErr w:type="spellEnd"/>
      <w:r w:rsidRPr="00EB093A">
        <w:rPr>
          <w:rFonts w:ascii="Bahnschrift" w:hAnsi="Bahnschrift"/>
        </w:rPr>
        <w:t xml:space="preserve">, </w:t>
      </w:r>
      <w:proofErr w:type="spellStart"/>
      <w:r w:rsidRPr="00EB093A">
        <w:rPr>
          <w:rFonts w:ascii="Bahnschrift" w:hAnsi="Bahnschrift"/>
        </w:rPr>
        <w:t>P.O</w:t>
      </w:r>
      <w:proofErr w:type="spellEnd"/>
      <w:r w:rsidRPr="00EB093A">
        <w:rPr>
          <w:rFonts w:ascii="Bahnschrift" w:hAnsi="Bahnschrift"/>
        </w:rPr>
        <w:t xml:space="preserve"> – </w:t>
      </w:r>
      <w:proofErr w:type="spellStart"/>
      <w:r w:rsidRPr="00EB093A">
        <w:rPr>
          <w:rFonts w:ascii="Bahnschrift" w:hAnsi="Bahnschrift"/>
        </w:rPr>
        <w:t>Barania</w:t>
      </w:r>
      <w:proofErr w:type="spellEnd"/>
      <w:r w:rsidRPr="00EB093A">
        <w:rPr>
          <w:rFonts w:ascii="Bahnschrift" w:hAnsi="Bahnschrift"/>
        </w:rPr>
        <w:t xml:space="preserve">, </w:t>
      </w:r>
      <w:proofErr w:type="spellStart"/>
      <w:r w:rsidRPr="00EB093A">
        <w:rPr>
          <w:rFonts w:ascii="Bahnschrift" w:hAnsi="Bahnschrift"/>
        </w:rPr>
        <w:t>P.S</w:t>
      </w:r>
      <w:proofErr w:type="spellEnd"/>
      <w:r w:rsidRPr="00EB093A">
        <w:rPr>
          <w:rFonts w:ascii="Bahnschrift" w:hAnsi="Bahnschrift"/>
        </w:rPr>
        <w:t xml:space="preserve"> – </w:t>
      </w:r>
      <w:proofErr w:type="spellStart"/>
      <w:r w:rsidRPr="00EB093A">
        <w:rPr>
          <w:rFonts w:ascii="Bahnschrift" w:hAnsi="Bahnschrift"/>
        </w:rPr>
        <w:t>Palashipara</w:t>
      </w:r>
      <w:proofErr w:type="spellEnd"/>
      <w:r w:rsidRPr="00EB093A">
        <w:rPr>
          <w:rFonts w:ascii="Bahnschrift" w:hAnsi="Bahnschrift"/>
        </w:rPr>
        <w:t>,</w:t>
      </w:r>
      <w:r>
        <w:rPr>
          <w:rFonts w:ascii="Bahnschrift" w:hAnsi="Bahnschrift"/>
        </w:rPr>
        <w:t xml:space="preserve"> </w:t>
      </w:r>
      <w:r w:rsidRPr="00EB093A">
        <w:rPr>
          <w:rFonts w:ascii="Bahnschrift" w:hAnsi="Bahnschrift"/>
        </w:rPr>
        <w:t>Dist – Nadia, Pin – 741156</w:t>
      </w:r>
      <w:r>
        <w:rPr>
          <w:rFonts w:ascii="Bahnschrift" w:hAnsi="Bahnschrift"/>
        </w:rPr>
        <w:br/>
        <w:t xml:space="preserve">__________________________________________________________________________________________                      </w:t>
      </w:r>
      <w:r>
        <w:t>Customer (</w:t>
      </w:r>
      <w:proofErr w:type="spellStart"/>
      <w:r>
        <w:t>KYC</w:t>
      </w:r>
      <w:proofErr w:type="spellEnd"/>
      <w:r>
        <w:t>) Details Update Form</w:t>
      </w:r>
    </w:p>
    <w:p w:rsidR="006D3876" w:rsidRDefault="00F42CE7">
      <w:r>
        <w:t>Note: Fields marked with * are mandatory.</w:t>
      </w:r>
    </w:p>
    <w:tbl>
      <w:tblPr>
        <w:tblStyle w:val="TableGrid"/>
        <w:tblW w:w="9572" w:type="dxa"/>
        <w:tblLook w:val="04A0"/>
      </w:tblPr>
      <w:tblGrid>
        <w:gridCol w:w="4786"/>
        <w:gridCol w:w="4786"/>
      </w:tblGrid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Field Name</w:t>
            </w:r>
          </w:p>
        </w:tc>
        <w:tc>
          <w:tcPr>
            <w:tcW w:w="4786" w:type="dxa"/>
          </w:tcPr>
          <w:p w:rsidR="006D3876" w:rsidRDefault="00F42CE7">
            <w:r>
              <w:t>Details</w:t>
            </w:r>
          </w:p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Photograph (Attach)*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Signature (Attach)*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Customer Type*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42"/>
        </w:trPr>
        <w:tc>
          <w:tcPr>
            <w:tcW w:w="4786" w:type="dxa"/>
          </w:tcPr>
          <w:p w:rsidR="006D3876" w:rsidRDefault="00F42CE7">
            <w:r>
              <w:t>Title*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First Name*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Middle Name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Last Name*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Guardian / Husband Name*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Mother's Name*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Address Line 1*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42"/>
        </w:trPr>
        <w:tc>
          <w:tcPr>
            <w:tcW w:w="4786" w:type="dxa"/>
          </w:tcPr>
          <w:p w:rsidR="006D3876" w:rsidRDefault="00F42CE7">
            <w:r>
              <w:t>Address Line 2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Address Line 3*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Block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Area/Ward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District*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City/Town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State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42"/>
        </w:trPr>
        <w:tc>
          <w:tcPr>
            <w:tcW w:w="4786" w:type="dxa"/>
          </w:tcPr>
          <w:p w:rsidR="006D3876" w:rsidRDefault="00F42CE7">
            <w:r>
              <w:t>PIN Code*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Date of Birth*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Gender*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Mobile Number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Email ID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Membership No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Farmer Type*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Religion*</w:t>
            </w:r>
          </w:p>
        </w:tc>
        <w:tc>
          <w:tcPr>
            <w:tcW w:w="4786" w:type="dxa"/>
          </w:tcPr>
          <w:p w:rsidR="006D3876" w:rsidRDefault="006D3876"/>
        </w:tc>
      </w:tr>
      <w:tr w:rsidR="006D3876" w:rsidTr="00E251C0">
        <w:trPr>
          <w:trHeight w:val="257"/>
        </w:trPr>
        <w:tc>
          <w:tcPr>
            <w:tcW w:w="4786" w:type="dxa"/>
          </w:tcPr>
          <w:p w:rsidR="006D3876" w:rsidRDefault="00F42CE7">
            <w:r>
              <w:t>Caste*</w:t>
            </w:r>
          </w:p>
        </w:tc>
        <w:tc>
          <w:tcPr>
            <w:tcW w:w="4786" w:type="dxa"/>
          </w:tcPr>
          <w:p w:rsidR="006D3876" w:rsidRDefault="006D3876"/>
        </w:tc>
      </w:tr>
    </w:tbl>
    <w:p w:rsidR="006D3876" w:rsidRDefault="00F42CE7">
      <w:pPr>
        <w:pStyle w:val="Heading2"/>
      </w:pPr>
      <w:r>
        <w:t>ID Details</w:t>
      </w:r>
    </w:p>
    <w:tbl>
      <w:tblPr>
        <w:tblStyle w:val="TableGrid"/>
        <w:tblW w:w="9552" w:type="dxa"/>
        <w:tblLook w:val="04A0"/>
      </w:tblPr>
      <w:tblGrid>
        <w:gridCol w:w="2388"/>
        <w:gridCol w:w="2388"/>
        <w:gridCol w:w="2388"/>
        <w:gridCol w:w="2388"/>
      </w:tblGrid>
      <w:tr w:rsidR="00E251C0" w:rsidTr="00E251C0">
        <w:trPr>
          <w:trHeight w:val="273"/>
        </w:trPr>
        <w:tc>
          <w:tcPr>
            <w:tcW w:w="2388" w:type="dxa"/>
          </w:tcPr>
          <w:p w:rsidR="00E251C0" w:rsidRDefault="00E251C0">
            <w:r>
              <w:t>Select</w:t>
            </w:r>
          </w:p>
        </w:tc>
        <w:tc>
          <w:tcPr>
            <w:tcW w:w="2388" w:type="dxa"/>
          </w:tcPr>
          <w:p w:rsidR="00E251C0" w:rsidRDefault="00E251C0">
            <w:r>
              <w:t>ID Type</w:t>
            </w:r>
          </w:p>
        </w:tc>
        <w:tc>
          <w:tcPr>
            <w:tcW w:w="2388" w:type="dxa"/>
          </w:tcPr>
          <w:p w:rsidR="00E251C0" w:rsidRDefault="00E251C0">
            <w:r>
              <w:t>ID Number</w:t>
            </w:r>
          </w:p>
        </w:tc>
        <w:tc>
          <w:tcPr>
            <w:tcW w:w="2388" w:type="dxa"/>
          </w:tcPr>
          <w:p w:rsidR="00E251C0" w:rsidRDefault="00E251C0">
            <w:r>
              <w:t>ID Issued At</w:t>
            </w:r>
          </w:p>
        </w:tc>
      </w:tr>
      <w:tr w:rsidR="00E251C0" w:rsidTr="00E251C0">
        <w:trPr>
          <w:trHeight w:val="273"/>
        </w:trPr>
        <w:tc>
          <w:tcPr>
            <w:tcW w:w="2388" w:type="dxa"/>
          </w:tcPr>
          <w:p w:rsidR="00E251C0" w:rsidRDefault="00E251C0"/>
        </w:tc>
        <w:tc>
          <w:tcPr>
            <w:tcW w:w="2388" w:type="dxa"/>
          </w:tcPr>
          <w:p w:rsidR="00E251C0" w:rsidRDefault="00E251C0"/>
        </w:tc>
        <w:tc>
          <w:tcPr>
            <w:tcW w:w="2388" w:type="dxa"/>
          </w:tcPr>
          <w:p w:rsidR="00E251C0" w:rsidRDefault="00E251C0"/>
        </w:tc>
        <w:tc>
          <w:tcPr>
            <w:tcW w:w="2388" w:type="dxa"/>
          </w:tcPr>
          <w:p w:rsidR="00E251C0" w:rsidRDefault="00E251C0"/>
        </w:tc>
      </w:tr>
      <w:tr w:rsidR="00E251C0" w:rsidTr="00E251C0">
        <w:trPr>
          <w:trHeight w:val="273"/>
        </w:trPr>
        <w:tc>
          <w:tcPr>
            <w:tcW w:w="2388" w:type="dxa"/>
          </w:tcPr>
          <w:p w:rsidR="00E251C0" w:rsidRDefault="00E251C0"/>
        </w:tc>
        <w:tc>
          <w:tcPr>
            <w:tcW w:w="2388" w:type="dxa"/>
          </w:tcPr>
          <w:p w:rsidR="00E251C0" w:rsidRDefault="00E251C0"/>
        </w:tc>
        <w:tc>
          <w:tcPr>
            <w:tcW w:w="2388" w:type="dxa"/>
          </w:tcPr>
          <w:p w:rsidR="00E251C0" w:rsidRDefault="00E251C0"/>
        </w:tc>
        <w:tc>
          <w:tcPr>
            <w:tcW w:w="2388" w:type="dxa"/>
          </w:tcPr>
          <w:p w:rsidR="00E251C0" w:rsidRDefault="00E251C0"/>
        </w:tc>
      </w:tr>
      <w:tr w:rsidR="00E251C0" w:rsidTr="00E251C0">
        <w:trPr>
          <w:trHeight w:val="289"/>
        </w:trPr>
        <w:tc>
          <w:tcPr>
            <w:tcW w:w="2388" w:type="dxa"/>
          </w:tcPr>
          <w:p w:rsidR="00E251C0" w:rsidRDefault="00E251C0"/>
        </w:tc>
        <w:tc>
          <w:tcPr>
            <w:tcW w:w="2388" w:type="dxa"/>
          </w:tcPr>
          <w:p w:rsidR="00E251C0" w:rsidRDefault="00E251C0"/>
        </w:tc>
        <w:tc>
          <w:tcPr>
            <w:tcW w:w="2388" w:type="dxa"/>
          </w:tcPr>
          <w:p w:rsidR="00E251C0" w:rsidRDefault="00E251C0"/>
        </w:tc>
        <w:tc>
          <w:tcPr>
            <w:tcW w:w="2388" w:type="dxa"/>
          </w:tcPr>
          <w:p w:rsidR="00E251C0" w:rsidRDefault="00E251C0"/>
        </w:tc>
      </w:tr>
    </w:tbl>
    <w:p w:rsidR="006D3876" w:rsidRDefault="00F42CE7">
      <w:pPr>
        <w:pStyle w:val="Heading2"/>
      </w:pPr>
      <w:r>
        <w:t>Declaration</w:t>
      </w:r>
    </w:p>
    <w:p w:rsidR="00E251C0" w:rsidRDefault="00F42CE7" w:rsidP="00E251C0">
      <w:r>
        <w:t xml:space="preserve">I hereby declare that the information provided above is true and correct to the best of my knowledge. I request the institution to update my </w:t>
      </w:r>
      <w:proofErr w:type="spellStart"/>
      <w:r>
        <w:t>KYC</w:t>
      </w:r>
      <w:proofErr w:type="spellEnd"/>
      <w:r>
        <w:t xml:space="preserve"> details accordingly.</w:t>
      </w:r>
    </w:p>
    <w:p w:rsidR="006D3876" w:rsidRDefault="00F42CE7" w:rsidP="00E251C0">
      <w:pPr>
        <w:ind w:left="4320"/>
      </w:pPr>
      <w:r>
        <w:t>Cus</w:t>
      </w:r>
      <w:r>
        <w:t>tomer Signature: ____________________________</w:t>
      </w:r>
    </w:p>
    <w:p w:rsidR="006D3876" w:rsidRDefault="00F42CE7" w:rsidP="00E251C0">
      <w:r>
        <w:t xml:space="preserve">Date: ____________________________   </w:t>
      </w:r>
      <w:r w:rsidR="00E251C0">
        <w:t xml:space="preserve">     </w:t>
      </w:r>
      <w:r>
        <w:t xml:space="preserve">                 </w:t>
      </w:r>
      <w:r w:rsidR="00E251C0">
        <w:t xml:space="preserve">  </w:t>
      </w:r>
      <w:r>
        <w:t>Verified By (Office Us</w:t>
      </w:r>
      <w:r w:rsidR="00E251C0">
        <w:t>e): ___________________________</w:t>
      </w:r>
    </w:p>
    <w:p w:rsidR="006D3876" w:rsidRDefault="00F42CE7" w:rsidP="00F42CE7">
      <w:pPr>
        <w:ind w:left="3600" w:firstLine="720"/>
      </w:pPr>
      <w:r>
        <w:t xml:space="preserve">      </w:t>
      </w:r>
      <w:r>
        <w:t>Seal &amp; Signature: ____________________________</w:t>
      </w:r>
    </w:p>
    <w:sectPr w:rsidR="006D3876" w:rsidSect="00E251C0">
      <w:pgSz w:w="12240" w:h="15840"/>
      <w:pgMar w:top="432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56487"/>
    <w:rsid w:val="0006063C"/>
    <w:rsid w:val="0015074B"/>
    <w:rsid w:val="0029639D"/>
    <w:rsid w:val="00326F90"/>
    <w:rsid w:val="006D3876"/>
    <w:rsid w:val="00AA1D8D"/>
    <w:rsid w:val="00B47730"/>
    <w:rsid w:val="00CB0664"/>
    <w:rsid w:val="00E251C0"/>
    <w:rsid w:val="00F42CE7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barnia usskh</cp:lastModifiedBy>
  <cp:revision>3</cp:revision>
  <dcterms:created xsi:type="dcterms:W3CDTF">2026-02-20T05:50:00Z</dcterms:created>
  <dcterms:modified xsi:type="dcterms:W3CDTF">2026-02-20T06:25:00Z</dcterms:modified>
</cp:coreProperties>
</file>